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84099" w14:textId="2A5B9F13" w:rsidR="001C4893" w:rsidRPr="001C4893" w:rsidRDefault="001C4893" w:rsidP="001C4893">
      <w:pPr>
        <w:rPr>
          <w:sz w:val="27"/>
          <w:szCs w:val="27"/>
          <w:lang w:val="el-GR"/>
        </w:rPr>
      </w:pPr>
      <w:r w:rsidRPr="001C4893">
        <w:rPr>
          <w:sz w:val="27"/>
          <w:szCs w:val="27"/>
          <w:lang w:val="el-GR"/>
        </w:rPr>
        <w:t xml:space="preserve">Παλαιό Φάληρο, </w:t>
      </w:r>
      <w:r w:rsidR="00473DA5" w:rsidRPr="00473DA5">
        <w:rPr>
          <w:sz w:val="27"/>
          <w:szCs w:val="27"/>
          <w:lang w:val="el-GR"/>
        </w:rPr>
        <w:t>3</w:t>
      </w:r>
      <w:r w:rsidRPr="001C4893">
        <w:rPr>
          <w:sz w:val="27"/>
          <w:szCs w:val="27"/>
          <w:lang w:val="el-GR"/>
        </w:rPr>
        <w:t xml:space="preserve"> Ιουνίου 2026</w:t>
      </w:r>
    </w:p>
    <w:p w14:paraId="1F3363A4" w14:textId="33918F20" w:rsidR="006F0AD6" w:rsidRPr="001C4893" w:rsidRDefault="006F0AD6" w:rsidP="005854DD">
      <w:pPr>
        <w:rPr>
          <w:b/>
          <w:bCs/>
          <w:i/>
          <w:iCs/>
          <w:sz w:val="27"/>
          <w:szCs w:val="27"/>
          <w:lang w:val="el-GR"/>
        </w:rPr>
      </w:pPr>
      <w:r w:rsidRPr="001C4893">
        <w:rPr>
          <w:b/>
          <w:bCs/>
          <w:i/>
          <w:iCs/>
          <w:sz w:val="27"/>
          <w:szCs w:val="27"/>
          <w:lang w:val="el-GR"/>
        </w:rPr>
        <w:t xml:space="preserve">Κίμωλος – Τζουμέρκα – </w:t>
      </w:r>
      <w:proofErr w:type="spellStart"/>
      <w:r w:rsidRPr="001C4893">
        <w:rPr>
          <w:b/>
          <w:bCs/>
          <w:i/>
          <w:iCs/>
          <w:sz w:val="27"/>
          <w:szCs w:val="27"/>
          <w:lang w:val="el-GR"/>
        </w:rPr>
        <w:t>Κασσαβέτει</w:t>
      </w:r>
      <w:proofErr w:type="spellEnd"/>
      <w:r w:rsidR="00473DA5">
        <w:rPr>
          <w:b/>
          <w:bCs/>
          <w:i/>
          <w:iCs/>
          <w:sz w:val="27"/>
          <w:szCs w:val="27"/>
        </w:rPr>
        <w:t>a</w:t>
      </w:r>
      <w:r w:rsidR="00473DA5" w:rsidRPr="00473DA5">
        <w:rPr>
          <w:b/>
          <w:bCs/>
          <w:i/>
          <w:iCs/>
          <w:sz w:val="27"/>
          <w:szCs w:val="27"/>
          <w:lang w:val="el-GR"/>
        </w:rPr>
        <w:t xml:space="preserve"> </w:t>
      </w:r>
      <w:r w:rsidR="00473DA5" w:rsidRPr="00473DA5">
        <w:rPr>
          <w:b/>
          <w:bCs/>
          <w:i/>
          <w:iCs/>
          <w:sz w:val="27"/>
          <w:szCs w:val="27"/>
          <w:lang w:val="el-GR"/>
        </w:rPr>
        <w:t>τρίποντο μνήμης και ελπίδας</w:t>
      </w:r>
      <w:r w:rsidR="00473DA5" w:rsidRPr="00473DA5">
        <w:rPr>
          <w:b/>
          <w:bCs/>
          <w:i/>
          <w:iCs/>
          <w:sz w:val="27"/>
          <w:szCs w:val="27"/>
          <w:lang w:val="el-GR"/>
        </w:rPr>
        <w:t>.</w:t>
      </w:r>
      <w:r w:rsidRPr="001C4893">
        <w:rPr>
          <w:b/>
          <w:bCs/>
          <w:i/>
          <w:iCs/>
          <w:sz w:val="27"/>
          <w:szCs w:val="27"/>
          <w:lang w:val="el-GR"/>
        </w:rPr>
        <w:br/>
        <w:t>Και το ταξίδι συνεχίζεται…</w:t>
      </w:r>
      <w:r w:rsidRPr="00473DA5">
        <w:rPr>
          <w:b/>
          <w:bCs/>
          <w:i/>
          <w:iCs/>
          <w:sz w:val="27"/>
          <w:szCs w:val="27"/>
          <w:lang w:val="el-GR"/>
        </w:rPr>
        <w:br/>
      </w:r>
      <w:r w:rsidRPr="001C4893">
        <w:rPr>
          <w:b/>
          <w:bCs/>
          <w:i/>
          <w:iCs/>
          <w:sz w:val="27"/>
          <w:szCs w:val="27"/>
          <w:lang w:val="el-GR"/>
        </w:rPr>
        <w:br/>
        <w:t xml:space="preserve">Μετά τη δημιουργία αθλητικών χώρων στη νησιωτική Κίμωλο και στο απομακρυσμένο </w:t>
      </w:r>
      <w:proofErr w:type="spellStart"/>
      <w:r w:rsidRPr="001C4893">
        <w:rPr>
          <w:b/>
          <w:bCs/>
          <w:i/>
          <w:iCs/>
          <w:sz w:val="27"/>
          <w:szCs w:val="27"/>
          <w:lang w:val="el-GR"/>
        </w:rPr>
        <w:t>Βουργαρέλι</w:t>
      </w:r>
      <w:proofErr w:type="spellEnd"/>
      <w:r w:rsidRPr="001C4893">
        <w:rPr>
          <w:b/>
          <w:bCs/>
          <w:i/>
          <w:iCs/>
          <w:sz w:val="27"/>
          <w:szCs w:val="27"/>
          <w:lang w:val="el-GR"/>
        </w:rPr>
        <w:t xml:space="preserve"> Τζουμέρκων, σειρά είχαν οι φυλακές Νέων &amp; Ανηλίκων </w:t>
      </w:r>
      <w:proofErr w:type="spellStart"/>
      <w:r w:rsidRPr="001C4893">
        <w:rPr>
          <w:b/>
          <w:bCs/>
          <w:i/>
          <w:iCs/>
          <w:sz w:val="27"/>
          <w:szCs w:val="27"/>
          <w:lang w:val="el-GR"/>
        </w:rPr>
        <w:t>Κασσαβέτειας</w:t>
      </w:r>
      <w:proofErr w:type="spellEnd"/>
      <w:r w:rsidRPr="001C4893">
        <w:rPr>
          <w:b/>
          <w:bCs/>
          <w:i/>
          <w:iCs/>
          <w:sz w:val="27"/>
          <w:szCs w:val="27"/>
          <w:lang w:val="el-GR"/>
        </w:rPr>
        <w:t>, ένας τόπος τόσο κοντά και συνάμα τόσο μακριά μας.</w:t>
      </w:r>
    </w:p>
    <w:p w14:paraId="11825596" w14:textId="1609C949" w:rsidR="006F0AD6" w:rsidRPr="001C4893" w:rsidRDefault="006F0AD6" w:rsidP="006F0AD6">
      <w:pPr>
        <w:jc w:val="both"/>
        <w:rPr>
          <w:i/>
          <w:iCs/>
          <w:sz w:val="27"/>
          <w:szCs w:val="27"/>
          <w:lang w:val="el-GR"/>
        </w:rPr>
      </w:pPr>
      <w:r w:rsidRPr="001C4893">
        <w:rPr>
          <w:b/>
          <w:bCs/>
          <w:i/>
          <w:iCs/>
          <w:sz w:val="27"/>
          <w:szCs w:val="27"/>
          <w:lang w:val="el-GR"/>
        </w:rPr>
        <w:t>Η οργάνωση Πάνος &amp; Χρυσηίδα – Βοήθεια στα Παιδιά μεταμόρφωσε τον προαύλιο χώρο της νέας πτέρυγας σε έναν χώρο άθλησης, έκφρασης και συνεργασίας</w:t>
      </w:r>
      <w:r w:rsidR="000B2FA5" w:rsidRPr="001C4893">
        <w:rPr>
          <w:b/>
          <w:bCs/>
          <w:i/>
          <w:iCs/>
          <w:sz w:val="27"/>
          <w:szCs w:val="27"/>
          <w:lang w:val="el-GR"/>
        </w:rPr>
        <w:t>.</w:t>
      </w:r>
    </w:p>
    <w:p w14:paraId="501A0826" w14:textId="77777777" w:rsidR="006F0AD6" w:rsidRPr="00073812" w:rsidRDefault="006F0AD6" w:rsidP="006F0AD6">
      <w:pPr>
        <w:spacing w:after="0"/>
        <w:jc w:val="both"/>
        <w:rPr>
          <w:lang w:val="el-GR"/>
        </w:rPr>
      </w:pPr>
      <w:r w:rsidRPr="00073812">
        <w:rPr>
          <w:lang w:val="el-GR"/>
        </w:rPr>
        <w:t xml:space="preserve">Η </w:t>
      </w:r>
      <w:r w:rsidRPr="00073812">
        <w:rPr>
          <w:b/>
          <w:bCs/>
          <w:lang w:val="el-GR"/>
        </w:rPr>
        <w:t>Πάνος &amp; Χρυσηίδα – Βοήθεια στα Παιδιά</w:t>
      </w:r>
      <w:r w:rsidRPr="00073812">
        <w:rPr>
          <w:lang w:val="el-GR"/>
        </w:rPr>
        <w:t xml:space="preserve"> χρηματοδότησε και υλοποίησε την πλήρη ανακατασκευή του προαύλιου χώρου της νέας πτέρυγας των Φυλακών Ανηλίκων και Νέων στην </w:t>
      </w:r>
      <w:proofErr w:type="spellStart"/>
      <w:r w:rsidRPr="00073812">
        <w:rPr>
          <w:lang w:val="el-GR"/>
        </w:rPr>
        <w:t>Κασσαβέτεια</w:t>
      </w:r>
      <w:proofErr w:type="spellEnd"/>
      <w:r w:rsidRPr="00073812">
        <w:rPr>
          <w:lang w:val="el-GR"/>
        </w:rPr>
        <w:t xml:space="preserve"> Βόλου, δημιουργώντας ένα σύγχρονο και ασφαλές γήπεδο μπάσκετ με έντονα χρώματα και ένα μεγάλο </w:t>
      </w:r>
      <w:r w:rsidRPr="00073812">
        <w:t>graffiti</w:t>
      </w:r>
      <w:r w:rsidRPr="00073812">
        <w:rPr>
          <w:lang w:val="el-GR"/>
        </w:rPr>
        <w:t>, σχεδιασμένο σε συνεργασία με τα ίδια τα παιδιά που κρατούνται εκεί.</w:t>
      </w:r>
    </w:p>
    <w:p w14:paraId="11B77D8A" w14:textId="157462F6" w:rsidR="006F0AD6" w:rsidRPr="00073812" w:rsidRDefault="006F0AD6" w:rsidP="006F0AD6">
      <w:pPr>
        <w:spacing w:after="0"/>
        <w:jc w:val="both"/>
        <w:rPr>
          <w:lang w:val="el-GR"/>
        </w:rPr>
      </w:pPr>
      <w:r w:rsidRPr="00073812">
        <w:rPr>
          <w:lang w:val="el-GR"/>
        </w:rPr>
        <w:t xml:space="preserve">Η δράση υλοποιήθηκε σε συνεργασία με την πρωτοβουλία </w:t>
      </w:r>
      <w:r w:rsidRPr="00073812">
        <w:rPr>
          <w:b/>
          <w:bCs/>
        </w:rPr>
        <w:t>Aris</w:t>
      </w:r>
      <w:r w:rsidRPr="00073812">
        <w:rPr>
          <w:b/>
          <w:bCs/>
          <w:lang w:val="el-GR"/>
        </w:rPr>
        <w:t>4</w:t>
      </w:r>
      <w:r w:rsidRPr="00073812">
        <w:rPr>
          <w:b/>
          <w:bCs/>
        </w:rPr>
        <w:t>Kids</w:t>
      </w:r>
      <w:r w:rsidRPr="00073812">
        <w:rPr>
          <w:lang w:val="el-GR"/>
        </w:rPr>
        <w:t xml:space="preserve"> </w:t>
      </w:r>
      <w:r w:rsidR="000B2FA5" w:rsidRPr="000B2FA5">
        <w:rPr>
          <w:lang w:val="el-GR"/>
        </w:rPr>
        <w:t>–</w:t>
      </w:r>
      <w:r w:rsidRPr="00073812">
        <w:rPr>
          <w:lang w:val="el-GR"/>
        </w:rPr>
        <w:t xml:space="preserve"> αφιερωμένη στη μνήμη του Άρη, που λάτρευε το μπάσκετ</w:t>
      </w:r>
      <w:r w:rsidR="000B2FA5" w:rsidRPr="000B2FA5">
        <w:rPr>
          <w:lang w:val="el-GR"/>
        </w:rPr>
        <w:t xml:space="preserve"> –</w:t>
      </w:r>
      <w:r w:rsidRPr="00073812">
        <w:rPr>
          <w:lang w:val="el-GR"/>
        </w:rPr>
        <w:t xml:space="preserve"> δίνοντας στον χώρο έναν έντονο συμβολισμό ελευθερίας, ομαδικότητας και ελπίδας.</w:t>
      </w:r>
    </w:p>
    <w:p w14:paraId="4757C18B" w14:textId="77777777" w:rsidR="006F0AD6" w:rsidRPr="00073812" w:rsidRDefault="00000000" w:rsidP="006F0AD6">
      <w:pPr>
        <w:spacing w:after="0"/>
        <w:jc w:val="both"/>
      </w:pPr>
      <w:r>
        <w:pict w14:anchorId="5A686B72">
          <v:rect id="_x0000_i1025" style="width:0;height:1.5pt" o:hralign="center" o:hrstd="t" o:hr="t" fillcolor="#a0a0a0" stroked="f"/>
        </w:pict>
      </w:r>
    </w:p>
    <w:p w14:paraId="0CA8C3FF" w14:textId="77777777" w:rsidR="006F0AD6" w:rsidRPr="00073812" w:rsidRDefault="006F0AD6" w:rsidP="006F0AD6">
      <w:pPr>
        <w:spacing w:after="0"/>
        <w:jc w:val="both"/>
        <w:rPr>
          <w:b/>
          <w:bCs/>
          <w:lang w:val="el-GR"/>
        </w:rPr>
      </w:pPr>
      <w:r w:rsidRPr="00073812">
        <w:rPr>
          <w:b/>
          <w:bCs/>
          <w:lang w:val="el-GR"/>
        </w:rPr>
        <w:t>Από την εγκατάλειψη στη δημιουργία</w:t>
      </w:r>
    </w:p>
    <w:p w14:paraId="4173C097" w14:textId="77777777" w:rsidR="006F0AD6" w:rsidRPr="00073812" w:rsidRDefault="006F0AD6" w:rsidP="006F0AD6">
      <w:pPr>
        <w:spacing w:after="0"/>
        <w:jc w:val="both"/>
        <w:rPr>
          <w:lang w:val="el-GR"/>
        </w:rPr>
      </w:pPr>
      <w:r w:rsidRPr="00073812">
        <w:rPr>
          <w:lang w:val="el-GR"/>
        </w:rPr>
        <w:t xml:space="preserve">Ο </w:t>
      </w:r>
      <w:proofErr w:type="spellStart"/>
      <w:r w:rsidRPr="00073812">
        <w:rPr>
          <w:lang w:val="el-GR"/>
        </w:rPr>
        <w:t>προαύλιος</w:t>
      </w:r>
      <w:proofErr w:type="spellEnd"/>
      <w:r w:rsidRPr="00073812">
        <w:rPr>
          <w:lang w:val="el-GR"/>
        </w:rPr>
        <w:t xml:space="preserve"> χώρος πριν την ανακατασκευή βρισκόταν σε ιδιαίτερα κακή κατάσταση, με σοβαρά προβλήματα ασφάλειας και εικόνα που επηρέαζε αρνητικά την ψυχολογία των παιδιών. Σήμερα, έχει μετατραπεί σε έναν πολύχρωμο, λειτουργικό και ασφαλή χώρο άθλησης και αναψυχής, που ενισχύει τη σωματική δραστηριότητα, την κοινωνική αλληλεπίδραση και την ψυχική ενδυνάμωση των ανηλίκων.</w:t>
      </w:r>
    </w:p>
    <w:p w14:paraId="10B0281E" w14:textId="77777777" w:rsidR="006F0AD6" w:rsidRPr="00073812" w:rsidRDefault="00000000" w:rsidP="006F0AD6">
      <w:pPr>
        <w:spacing w:after="0"/>
        <w:jc w:val="both"/>
      </w:pPr>
      <w:r>
        <w:pict w14:anchorId="72EEE8ED">
          <v:rect id="_x0000_i1026" style="width:0;height:1.5pt" o:hralign="center" o:hrstd="t" o:hr="t" fillcolor="#a0a0a0" stroked="f"/>
        </w:pict>
      </w:r>
    </w:p>
    <w:p w14:paraId="50FFB068" w14:textId="77777777" w:rsidR="006F0AD6" w:rsidRPr="00073812" w:rsidRDefault="006F0AD6" w:rsidP="006F0AD6">
      <w:pPr>
        <w:spacing w:after="0"/>
        <w:jc w:val="both"/>
        <w:rPr>
          <w:b/>
          <w:bCs/>
          <w:lang w:val="el-GR"/>
        </w:rPr>
      </w:pPr>
      <w:r w:rsidRPr="00073812">
        <w:rPr>
          <w:b/>
          <w:bCs/>
          <w:lang w:val="el-GR"/>
        </w:rPr>
        <w:t>Συμμετοχική καλλιτεχνική διαδικασία</w:t>
      </w:r>
    </w:p>
    <w:p w14:paraId="7C1F77BE" w14:textId="77777777" w:rsidR="006F0AD6" w:rsidRPr="00073812" w:rsidRDefault="006F0AD6" w:rsidP="006F0AD6">
      <w:pPr>
        <w:spacing w:after="0"/>
        <w:jc w:val="both"/>
        <w:rPr>
          <w:lang w:val="el-GR"/>
        </w:rPr>
      </w:pPr>
      <w:r w:rsidRPr="00073812">
        <w:rPr>
          <w:lang w:val="el-GR"/>
        </w:rPr>
        <w:t xml:space="preserve">Καθοριστικό ρόλο στην υλοποίηση του </w:t>
      </w:r>
      <w:r w:rsidRPr="00073812">
        <w:t>graffiti</w:t>
      </w:r>
      <w:r w:rsidRPr="00073812">
        <w:rPr>
          <w:lang w:val="el-GR"/>
        </w:rPr>
        <w:t xml:space="preserve"> είχε ο καλλιτέχνης </w:t>
      </w:r>
      <w:r w:rsidRPr="00073812">
        <w:rPr>
          <w:b/>
          <w:bCs/>
          <w:lang w:val="el-GR"/>
        </w:rPr>
        <w:t xml:space="preserve">Σωτήρης </w:t>
      </w:r>
      <w:proofErr w:type="spellStart"/>
      <w:r w:rsidRPr="00073812">
        <w:rPr>
          <w:b/>
          <w:bCs/>
          <w:lang w:val="el-GR"/>
        </w:rPr>
        <w:t>Φωκέας</w:t>
      </w:r>
      <w:proofErr w:type="spellEnd"/>
      <w:r w:rsidRPr="00073812">
        <w:rPr>
          <w:b/>
          <w:bCs/>
          <w:lang w:val="el-GR"/>
        </w:rPr>
        <w:t xml:space="preserve"> (</w:t>
      </w:r>
      <w:proofErr w:type="spellStart"/>
      <w:r w:rsidRPr="00073812">
        <w:rPr>
          <w:b/>
          <w:bCs/>
        </w:rPr>
        <w:t>Soteur</w:t>
      </w:r>
      <w:proofErr w:type="spellEnd"/>
      <w:r w:rsidRPr="00073812">
        <w:rPr>
          <w:b/>
          <w:bCs/>
          <w:lang w:val="el-GR"/>
        </w:rPr>
        <w:t>)</w:t>
      </w:r>
      <w:r w:rsidRPr="00073812">
        <w:rPr>
          <w:lang w:val="el-GR"/>
        </w:rPr>
        <w:t xml:space="preserve">, ο οποίος εργάστηκε αφιλοκερδώς. Το έργο δεν σχεδιάστηκε μονομερώς: προηγήθηκε </w:t>
      </w:r>
      <w:proofErr w:type="spellStart"/>
      <w:r w:rsidRPr="00073812">
        <w:rPr>
          <w:lang w:val="el-GR"/>
        </w:rPr>
        <w:t>βιντεοκλήση</w:t>
      </w:r>
      <w:proofErr w:type="spellEnd"/>
      <w:r w:rsidRPr="00073812">
        <w:rPr>
          <w:lang w:val="el-GR"/>
        </w:rPr>
        <w:t xml:space="preserve"> με τα παιδιά, κατά την οποία συζητήθηκαν ιδέες, συναισθήματα και σύμβολα, ώστε το τελικό σχέδιο να εκφράζει τη δική τους φωνή.</w:t>
      </w:r>
    </w:p>
    <w:p w14:paraId="5E41BECA" w14:textId="77777777" w:rsidR="006F0AD6" w:rsidRPr="00073812" w:rsidRDefault="006F0AD6" w:rsidP="006F0AD6">
      <w:pPr>
        <w:spacing w:after="0"/>
        <w:jc w:val="both"/>
        <w:rPr>
          <w:lang w:val="el-GR"/>
        </w:rPr>
      </w:pPr>
      <w:r w:rsidRPr="00073812">
        <w:rPr>
          <w:lang w:val="el-GR"/>
        </w:rPr>
        <w:t xml:space="preserve">Μαζί του, για τρεις συνεχόμενες ημέρες στις φυλακές, βρέθηκε ο </w:t>
      </w:r>
      <w:r w:rsidRPr="00073812">
        <w:rPr>
          <w:b/>
          <w:bCs/>
          <w:lang w:val="el-GR"/>
        </w:rPr>
        <w:t>Νίκος Σκαρέντζος</w:t>
      </w:r>
      <w:r w:rsidRPr="00073812">
        <w:rPr>
          <w:lang w:val="el-GR"/>
        </w:rPr>
        <w:t xml:space="preserve"> από την </w:t>
      </w:r>
      <w:r w:rsidRPr="00073812">
        <w:t>Aris</w:t>
      </w:r>
      <w:r w:rsidRPr="00073812">
        <w:rPr>
          <w:lang w:val="el-GR"/>
        </w:rPr>
        <w:t>4</w:t>
      </w:r>
      <w:r w:rsidRPr="00073812">
        <w:t>Kids</w:t>
      </w:r>
      <w:r w:rsidRPr="00073812">
        <w:rPr>
          <w:lang w:val="el-GR"/>
        </w:rPr>
        <w:t xml:space="preserve">, συμβάλλοντας ενεργά στην κατασκευή και στη </w:t>
      </w:r>
      <w:proofErr w:type="spellStart"/>
      <w:r w:rsidRPr="00073812">
        <w:rPr>
          <w:lang w:val="el-GR"/>
        </w:rPr>
        <w:t>διάδραση</w:t>
      </w:r>
      <w:proofErr w:type="spellEnd"/>
      <w:r w:rsidRPr="00073812">
        <w:rPr>
          <w:lang w:val="el-GR"/>
        </w:rPr>
        <w:t xml:space="preserve"> με τα παιδιά.</w:t>
      </w:r>
    </w:p>
    <w:p w14:paraId="1B413483" w14:textId="77777777" w:rsidR="006F0AD6" w:rsidRPr="00073812" w:rsidRDefault="00000000" w:rsidP="006F0AD6">
      <w:pPr>
        <w:spacing w:after="0"/>
        <w:jc w:val="both"/>
      </w:pPr>
      <w:r>
        <w:pict w14:anchorId="526AB73F">
          <v:rect id="_x0000_i1027" style="width:0;height:1.5pt" o:hralign="center" o:hrstd="t" o:hr="t" fillcolor="#a0a0a0" stroked="f"/>
        </w:pict>
      </w:r>
    </w:p>
    <w:p w14:paraId="3007EB43" w14:textId="77777777" w:rsidR="00473DA5" w:rsidRDefault="00473DA5">
      <w:pPr>
        <w:rPr>
          <w:b/>
          <w:bCs/>
          <w:lang w:val="el-GR"/>
        </w:rPr>
      </w:pPr>
      <w:r>
        <w:rPr>
          <w:b/>
          <w:bCs/>
          <w:lang w:val="el-GR"/>
        </w:rPr>
        <w:br w:type="page"/>
      </w:r>
    </w:p>
    <w:p w14:paraId="17193D53" w14:textId="722C7EC3" w:rsidR="006F0AD6" w:rsidRDefault="006F0AD6" w:rsidP="006F0AD6">
      <w:pPr>
        <w:spacing w:after="0"/>
        <w:jc w:val="both"/>
        <w:rPr>
          <w:b/>
          <w:bCs/>
          <w:lang w:val="el-GR"/>
        </w:rPr>
      </w:pPr>
      <w:r w:rsidRPr="00073812">
        <w:rPr>
          <w:b/>
          <w:bCs/>
          <w:lang w:val="el-GR"/>
        </w:rPr>
        <w:lastRenderedPageBreak/>
        <w:t>Δηλώσεις</w:t>
      </w:r>
    </w:p>
    <w:p w14:paraId="3E526714" w14:textId="77777777" w:rsidR="006F0AD6" w:rsidRPr="006F0AD6" w:rsidRDefault="006F0AD6" w:rsidP="006F0AD6">
      <w:pPr>
        <w:spacing w:after="0"/>
        <w:rPr>
          <w:i/>
          <w:iCs/>
          <w:lang w:val="el-GR"/>
        </w:rPr>
      </w:pPr>
      <w:r w:rsidRPr="00140DBB">
        <w:rPr>
          <w:b/>
          <w:bCs/>
          <w:lang w:val="el-GR"/>
        </w:rPr>
        <w:t xml:space="preserve">Θωμάς Χαχάμης, Διευθυντής Φυλακών Ανηλίκων </w:t>
      </w:r>
      <w:proofErr w:type="spellStart"/>
      <w:r w:rsidRPr="00140DBB">
        <w:rPr>
          <w:b/>
          <w:bCs/>
          <w:lang w:val="el-GR"/>
        </w:rPr>
        <w:t>Κασσαβέτειας</w:t>
      </w:r>
      <w:proofErr w:type="spellEnd"/>
      <w:r w:rsidRPr="00140DBB">
        <w:rPr>
          <w:b/>
          <w:bCs/>
          <w:lang w:val="el-GR"/>
        </w:rPr>
        <w:t xml:space="preserve"> Βόλου:</w:t>
      </w:r>
      <w:r>
        <w:rPr>
          <w:b/>
          <w:bCs/>
          <w:lang w:val="el-GR"/>
        </w:rPr>
        <w:br/>
      </w:r>
      <w:r w:rsidRPr="006F0AD6">
        <w:rPr>
          <w:i/>
          <w:iCs/>
          <w:lang w:val="el-GR"/>
        </w:rPr>
        <w:t xml:space="preserve">«Τέτοιες πρωτοβουλίες έχουν ουσιαστική σημασία για την καθημερινότητα και την ψυχολογία των παιδιών που κρατούνται εδώ. Ο ανακαινισμένος </w:t>
      </w:r>
      <w:proofErr w:type="spellStart"/>
      <w:r w:rsidRPr="006F0AD6">
        <w:rPr>
          <w:i/>
          <w:iCs/>
          <w:lang w:val="el-GR"/>
        </w:rPr>
        <w:t>προαύλιος</w:t>
      </w:r>
      <w:proofErr w:type="spellEnd"/>
      <w:r w:rsidRPr="006F0AD6">
        <w:rPr>
          <w:i/>
          <w:iCs/>
          <w:lang w:val="el-GR"/>
        </w:rPr>
        <w:t xml:space="preserve"> χώρος δεν είναι απλώς ένα γήπεδο, αλλά ένας χώρος ασφάλειας, δημιουργίας και θετικής αλληλεπίδρασης, που συμβάλλει ουσιαστικά στο παιδαγωγικό και σωφρονιστικό μας έργο.»</w:t>
      </w:r>
    </w:p>
    <w:p w14:paraId="7A494081" w14:textId="77777777" w:rsidR="006F0AD6" w:rsidRPr="006F0AD6" w:rsidRDefault="006F0AD6" w:rsidP="006F0AD6">
      <w:pPr>
        <w:spacing w:after="0"/>
        <w:rPr>
          <w:i/>
          <w:iCs/>
          <w:lang w:val="el-GR"/>
        </w:rPr>
      </w:pPr>
      <w:r w:rsidRPr="00073812">
        <w:rPr>
          <w:b/>
          <w:bCs/>
          <w:lang w:val="el-GR"/>
        </w:rPr>
        <w:t xml:space="preserve">Σωτήρης </w:t>
      </w:r>
      <w:proofErr w:type="spellStart"/>
      <w:r w:rsidRPr="00073812">
        <w:rPr>
          <w:b/>
          <w:bCs/>
          <w:lang w:val="el-GR"/>
        </w:rPr>
        <w:t>Φωκέας</w:t>
      </w:r>
      <w:proofErr w:type="spellEnd"/>
      <w:r w:rsidRPr="00073812">
        <w:rPr>
          <w:b/>
          <w:bCs/>
          <w:lang w:val="el-GR"/>
        </w:rPr>
        <w:t xml:space="preserve"> (</w:t>
      </w:r>
      <w:proofErr w:type="spellStart"/>
      <w:r w:rsidRPr="00073812">
        <w:rPr>
          <w:b/>
          <w:bCs/>
        </w:rPr>
        <w:t>Soteur</w:t>
      </w:r>
      <w:proofErr w:type="spellEnd"/>
      <w:r w:rsidRPr="00073812">
        <w:rPr>
          <w:b/>
          <w:bCs/>
          <w:lang w:val="el-GR"/>
        </w:rPr>
        <w:t>), καλλιτέχνης:</w:t>
      </w:r>
      <w:r w:rsidRPr="00073812">
        <w:rPr>
          <w:lang w:val="el-GR"/>
        </w:rPr>
        <w:br/>
      </w:r>
      <w:r w:rsidRPr="006F0AD6">
        <w:rPr>
          <w:i/>
          <w:iCs/>
          <w:lang w:val="el-GR"/>
        </w:rPr>
        <w:t xml:space="preserve">«Το να δημιουργείς τέχνη μαζί με παιδιά που ζουν μέσα στη φυλακή είναι μια εμπειρία βαθιά ανθρώπινη. Δεν ζωγράφισα απλώς έναν τοίχο· </w:t>
      </w:r>
      <w:proofErr w:type="spellStart"/>
      <w:r w:rsidRPr="006F0AD6">
        <w:rPr>
          <w:i/>
          <w:iCs/>
          <w:lang w:val="el-GR"/>
        </w:rPr>
        <w:t>συνδιαμόρφωσα</w:t>
      </w:r>
      <w:proofErr w:type="spellEnd"/>
      <w:r w:rsidRPr="006F0AD6">
        <w:rPr>
          <w:i/>
          <w:iCs/>
          <w:lang w:val="el-GR"/>
        </w:rPr>
        <w:t xml:space="preserve"> ένα έργο με ανθρώπους που είχαν ανάγκη να εκφραστούν και να νιώσουν ότι ακούγονται.»</w:t>
      </w:r>
    </w:p>
    <w:p w14:paraId="673C97B0" w14:textId="77777777" w:rsidR="006F0AD6" w:rsidRPr="00073812" w:rsidRDefault="006F0AD6" w:rsidP="006F0AD6">
      <w:pPr>
        <w:spacing w:after="0"/>
        <w:rPr>
          <w:lang w:val="el-GR"/>
        </w:rPr>
      </w:pPr>
      <w:proofErr w:type="spellStart"/>
      <w:r>
        <w:rPr>
          <w:b/>
          <w:bCs/>
          <w:lang w:val="el-GR"/>
        </w:rPr>
        <w:t>Διόνη</w:t>
      </w:r>
      <w:proofErr w:type="spellEnd"/>
      <w:r>
        <w:rPr>
          <w:b/>
          <w:bCs/>
          <w:lang w:val="el-GR"/>
        </w:rPr>
        <w:t xml:space="preserve"> </w:t>
      </w:r>
      <w:proofErr w:type="spellStart"/>
      <w:r>
        <w:rPr>
          <w:b/>
          <w:bCs/>
          <w:lang w:val="el-GR"/>
        </w:rPr>
        <w:t>Βαρδάκα</w:t>
      </w:r>
      <w:proofErr w:type="spellEnd"/>
      <w:r>
        <w:rPr>
          <w:b/>
          <w:bCs/>
          <w:lang w:val="el-GR"/>
        </w:rPr>
        <w:t xml:space="preserve">, </w:t>
      </w:r>
      <w:r w:rsidRPr="00073812">
        <w:rPr>
          <w:b/>
          <w:bCs/>
          <w:lang w:val="el-GR"/>
        </w:rPr>
        <w:t>Πρόεδρος της Οργάνωσης Πάνος &amp; Χρυσηίδα – Βοήθεια στα Παιδιά:</w:t>
      </w:r>
      <w:r w:rsidRPr="00073812">
        <w:rPr>
          <w:lang w:val="el-GR"/>
        </w:rPr>
        <w:br/>
      </w:r>
      <w:r w:rsidRPr="006F0AD6">
        <w:rPr>
          <w:i/>
          <w:iCs/>
          <w:lang w:val="el-GR"/>
        </w:rPr>
        <w:t>«Πιστεύουμε βαθιά ότι η άθληση, η εκπαίδευση και η δημιουργικότητα μπορούν να λειτουργήσουν θεραπευτικά για τα παιδιά και τους νέους που βιώνουν δύσκολες συνθήκες. Αυτός ο χώρος είναι μια έμπρακτη απόδειξη ότι ακόμη και μέσα σε ένα περιβάλλον περιορισμού, μπορεί να υπάρξει φως, χρώμα και ελπίδα.»</w:t>
      </w:r>
    </w:p>
    <w:p w14:paraId="1A941A79" w14:textId="77777777" w:rsidR="006F0AD6" w:rsidRPr="006F0AD6" w:rsidRDefault="006F0AD6" w:rsidP="006F0AD6">
      <w:pPr>
        <w:spacing w:after="0"/>
        <w:rPr>
          <w:i/>
          <w:iCs/>
          <w:lang w:val="el-GR"/>
        </w:rPr>
      </w:pPr>
      <w:r w:rsidRPr="00073812">
        <w:rPr>
          <w:b/>
          <w:bCs/>
          <w:lang w:val="el-GR"/>
        </w:rPr>
        <w:t xml:space="preserve">Νίκος Σκαρέντζος, </w:t>
      </w:r>
      <w:r w:rsidRPr="00073812">
        <w:rPr>
          <w:b/>
          <w:bCs/>
        </w:rPr>
        <w:t>Aris</w:t>
      </w:r>
      <w:r w:rsidRPr="00073812">
        <w:rPr>
          <w:b/>
          <w:bCs/>
          <w:lang w:val="el-GR"/>
        </w:rPr>
        <w:t>4</w:t>
      </w:r>
      <w:r w:rsidRPr="00073812">
        <w:rPr>
          <w:b/>
          <w:bCs/>
        </w:rPr>
        <w:t>Kids</w:t>
      </w:r>
      <w:r w:rsidRPr="00073812">
        <w:rPr>
          <w:b/>
          <w:bCs/>
          <w:lang w:val="el-GR"/>
        </w:rPr>
        <w:t>:</w:t>
      </w:r>
      <w:r w:rsidRPr="00073812">
        <w:rPr>
          <w:lang w:val="el-GR"/>
        </w:rPr>
        <w:br/>
      </w:r>
      <w:r w:rsidRPr="006F0AD6">
        <w:rPr>
          <w:i/>
          <w:iCs/>
          <w:lang w:val="el-GR"/>
        </w:rPr>
        <w:t>«Ήταν μια συγκλονιστική εμπειρία να μιλάς με τα παιδιά μέσα στη φυλακή, να ακούς τις σκέψεις και τα όνειρά τους. Αυτές οι τρεις ημέρες μου θύμισαν πόσο σημαντικό είναι να δίνουμε χώρο και χρόνο στους νέους να εκφραστούν και να πιστέψουν ξανά στον εαυτό τους.»</w:t>
      </w:r>
    </w:p>
    <w:p w14:paraId="3EC85E23" w14:textId="77777777" w:rsidR="006F0AD6" w:rsidRPr="00073812" w:rsidRDefault="00000000" w:rsidP="006F0AD6">
      <w:pPr>
        <w:spacing w:after="0"/>
        <w:jc w:val="both"/>
      </w:pPr>
      <w:r>
        <w:pict w14:anchorId="6304BC22">
          <v:rect id="_x0000_i1028" style="width:0;height:1.5pt" o:hralign="center" o:hrstd="t" o:hr="t" fillcolor="#a0a0a0" stroked="f"/>
        </w:pict>
      </w:r>
    </w:p>
    <w:p w14:paraId="27D037D0" w14:textId="77777777" w:rsidR="006F0AD6" w:rsidRPr="00073812" w:rsidRDefault="006F0AD6" w:rsidP="006F0AD6">
      <w:pPr>
        <w:spacing w:after="0"/>
        <w:jc w:val="both"/>
        <w:rPr>
          <w:b/>
          <w:bCs/>
          <w:lang w:val="el-GR"/>
        </w:rPr>
      </w:pPr>
      <w:r w:rsidRPr="00073812">
        <w:rPr>
          <w:b/>
          <w:bCs/>
          <w:lang w:val="el-GR"/>
        </w:rPr>
        <w:t>Εγκαίνια με συμμετοχή και διάλογο</w:t>
      </w:r>
    </w:p>
    <w:p w14:paraId="79F9EAE5" w14:textId="5BD0BFAA" w:rsidR="006F0AD6" w:rsidRPr="00073812" w:rsidRDefault="006F0AD6" w:rsidP="006F0AD6">
      <w:pPr>
        <w:spacing w:after="0"/>
        <w:jc w:val="both"/>
        <w:rPr>
          <w:lang w:val="el-GR"/>
        </w:rPr>
      </w:pPr>
      <w:r w:rsidRPr="00073812">
        <w:rPr>
          <w:lang w:val="el-GR"/>
        </w:rPr>
        <w:t xml:space="preserve">Τα εγκαίνια του νέου προαύλιου χώρου πραγματοποιήθηκαν στις </w:t>
      </w:r>
      <w:r w:rsidRPr="00073812">
        <w:rPr>
          <w:b/>
          <w:bCs/>
          <w:lang w:val="el-GR"/>
        </w:rPr>
        <w:t>12 Μαΐου</w:t>
      </w:r>
      <w:r w:rsidRPr="00073812">
        <w:rPr>
          <w:lang w:val="el-GR"/>
        </w:rPr>
        <w:t>, παρουσία περίπου 30 μελών της οργάνωσης. Ακολούθησε εκδήλωση στο σχολείο των φυλακών, όπου μαθητές και επισκέπτες είχαν την ευκαιρία να συνομιλήσουν, ενώ ο διευθυντής των φυλακών</w:t>
      </w:r>
      <w:r>
        <w:rPr>
          <w:lang w:val="el-GR"/>
        </w:rPr>
        <w:t xml:space="preserve"> μαζί με</w:t>
      </w:r>
      <w:r w:rsidR="000B2FA5" w:rsidRPr="000B2FA5">
        <w:rPr>
          <w:lang w:val="el-GR"/>
        </w:rPr>
        <w:t xml:space="preserve"> </w:t>
      </w:r>
      <w:r w:rsidR="000B2FA5">
        <w:rPr>
          <w:lang w:val="el-GR"/>
        </w:rPr>
        <w:t xml:space="preserve">τον κοινωνικό λειτουργό και </w:t>
      </w:r>
      <w:r>
        <w:rPr>
          <w:lang w:val="el-GR"/>
        </w:rPr>
        <w:t>τους εκπαιδευτικούς του σχολείου</w:t>
      </w:r>
      <w:r w:rsidRPr="00073812">
        <w:rPr>
          <w:lang w:val="el-GR"/>
        </w:rPr>
        <w:t xml:space="preserve"> παρουσίασ</w:t>
      </w:r>
      <w:r>
        <w:rPr>
          <w:lang w:val="el-GR"/>
        </w:rPr>
        <w:t>αν</w:t>
      </w:r>
      <w:r w:rsidRPr="00073812">
        <w:rPr>
          <w:lang w:val="el-GR"/>
        </w:rPr>
        <w:t xml:space="preserve"> το έργο που επιτελείται καθημερινά στον χώρο. Στη συνέχεια πραγματοποιήθηκαν τα επίσημα εγκαίνια δίπλα στο νέο γήπεδο.</w:t>
      </w:r>
    </w:p>
    <w:p w14:paraId="03B54636" w14:textId="77777777" w:rsidR="006F0AD6" w:rsidRPr="00073812" w:rsidRDefault="00000000" w:rsidP="006F0AD6">
      <w:pPr>
        <w:spacing w:after="0"/>
        <w:jc w:val="both"/>
      </w:pPr>
      <w:r>
        <w:pict w14:anchorId="47B252CC">
          <v:rect id="_x0000_i1029" style="width:0;height:1.5pt" o:hralign="center" o:hrstd="t" o:hr="t" fillcolor="#a0a0a0" stroked="f"/>
        </w:pict>
      </w:r>
    </w:p>
    <w:p w14:paraId="5C533233" w14:textId="77777777" w:rsidR="006F0AD6" w:rsidRPr="00073812" w:rsidRDefault="006F0AD6" w:rsidP="006F0AD6">
      <w:pPr>
        <w:spacing w:after="0"/>
        <w:jc w:val="both"/>
        <w:rPr>
          <w:b/>
          <w:bCs/>
          <w:lang w:val="el-GR"/>
        </w:rPr>
      </w:pPr>
      <w:r w:rsidRPr="00073812">
        <w:rPr>
          <w:b/>
          <w:bCs/>
          <w:lang w:val="el-GR"/>
        </w:rPr>
        <w:t>Χορηγοί &amp; Υποστηρικτές</w:t>
      </w:r>
    </w:p>
    <w:p w14:paraId="7EB9AB49" w14:textId="77777777" w:rsidR="006F0AD6" w:rsidRPr="00073812" w:rsidRDefault="006F0AD6" w:rsidP="006F0AD6">
      <w:pPr>
        <w:spacing w:after="0"/>
        <w:jc w:val="both"/>
        <w:rPr>
          <w:lang w:val="el-GR"/>
        </w:rPr>
      </w:pPr>
      <w:r w:rsidRPr="00073812">
        <w:rPr>
          <w:lang w:val="el-GR"/>
        </w:rPr>
        <w:t>Η υλοποίηση του έργου δεν θα ήταν δυνατή χωρίς την πολύτιμη συνεισφορά των χορηγών:</w:t>
      </w:r>
    </w:p>
    <w:p w14:paraId="31142B53" w14:textId="77777777" w:rsidR="000B2FA5" w:rsidRPr="00073812" w:rsidRDefault="000B2FA5" w:rsidP="000B2FA5">
      <w:pPr>
        <w:numPr>
          <w:ilvl w:val="0"/>
          <w:numId w:val="17"/>
        </w:numPr>
        <w:spacing w:after="0" w:line="278" w:lineRule="auto"/>
        <w:jc w:val="both"/>
        <w:rPr>
          <w:lang w:val="el-GR"/>
        </w:rPr>
      </w:pPr>
      <w:r w:rsidRPr="00073812">
        <w:rPr>
          <w:b/>
          <w:bCs/>
          <w:lang w:val="el-GR"/>
        </w:rPr>
        <w:t>Ελαιουργία Μαγνησίας ΑΕ</w:t>
      </w:r>
      <w:r w:rsidRPr="00073812">
        <w:rPr>
          <w:lang w:val="el-GR"/>
        </w:rPr>
        <w:t xml:space="preserve"> – προσφορά μπαλών και αθλητικού εξοπλισμού </w:t>
      </w:r>
    </w:p>
    <w:p w14:paraId="5D35DD47" w14:textId="3B6FB472" w:rsidR="000B2FA5" w:rsidRPr="000B2FA5" w:rsidRDefault="000B2FA5" w:rsidP="006F0AD6">
      <w:pPr>
        <w:numPr>
          <w:ilvl w:val="0"/>
          <w:numId w:val="17"/>
        </w:numPr>
        <w:spacing w:after="0" w:line="278" w:lineRule="auto"/>
        <w:jc w:val="both"/>
        <w:rPr>
          <w:lang w:val="el-GR"/>
        </w:rPr>
      </w:pPr>
      <w:r w:rsidRPr="00073812">
        <w:rPr>
          <w:b/>
          <w:bCs/>
          <w:lang w:val="el-GR"/>
        </w:rPr>
        <w:t xml:space="preserve">Σωτήρης </w:t>
      </w:r>
      <w:proofErr w:type="spellStart"/>
      <w:r w:rsidRPr="00073812">
        <w:rPr>
          <w:b/>
          <w:bCs/>
          <w:lang w:val="el-GR"/>
        </w:rPr>
        <w:t>Φωκέας</w:t>
      </w:r>
      <w:proofErr w:type="spellEnd"/>
      <w:r w:rsidRPr="00073812">
        <w:rPr>
          <w:b/>
          <w:bCs/>
          <w:lang w:val="el-GR"/>
        </w:rPr>
        <w:t xml:space="preserve"> (</w:t>
      </w:r>
      <w:proofErr w:type="spellStart"/>
      <w:r w:rsidRPr="00073812">
        <w:rPr>
          <w:b/>
          <w:bCs/>
        </w:rPr>
        <w:t>Soteur</w:t>
      </w:r>
      <w:proofErr w:type="spellEnd"/>
      <w:r w:rsidRPr="00073812">
        <w:rPr>
          <w:b/>
          <w:bCs/>
          <w:lang w:val="el-GR"/>
        </w:rPr>
        <w:t>)</w:t>
      </w:r>
      <w:r>
        <w:rPr>
          <w:b/>
          <w:bCs/>
          <w:lang w:val="el-GR"/>
        </w:rPr>
        <w:t xml:space="preserve"> – </w:t>
      </w:r>
      <w:r w:rsidRPr="000B2FA5">
        <w:rPr>
          <w:lang w:val="el-GR"/>
        </w:rPr>
        <w:t xml:space="preserve">καλλιτεχνική επιμέλεια του </w:t>
      </w:r>
      <w:r w:rsidRPr="000B2FA5">
        <w:t>graffiti</w:t>
      </w:r>
    </w:p>
    <w:p w14:paraId="33ED0AC7" w14:textId="5B1F3448" w:rsidR="006F0AD6" w:rsidRPr="000B2FA5" w:rsidRDefault="006F0AD6" w:rsidP="006F0AD6">
      <w:pPr>
        <w:numPr>
          <w:ilvl w:val="0"/>
          <w:numId w:val="17"/>
        </w:numPr>
        <w:spacing w:after="0" w:line="278" w:lineRule="auto"/>
        <w:jc w:val="both"/>
      </w:pPr>
      <w:proofErr w:type="spellStart"/>
      <w:r w:rsidRPr="00073812">
        <w:rPr>
          <w:b/>
          <w:bCs/>
        </w:rPr>
        <w:t>Vechro</w:t>
      </w:r>
      <w:proofErr w:type="spellEnd"/>
      <w:r w:rsidR="000B2FA5">
        <w:rPr>
          <w:b/>
          <w:bCs/>
          <w:lang w:val="el-GR"/>
        </w:rPr>
        <w:t xml:space="preserve"> </w:t>
      </w:r>
      <w:r w:rsidR="000B2FA5">
        <w:rPr>
          <w:b/>
          <w:bCs/>
        </w:rPr>
        <w:t>Colors</w:t>
      </w:r>
      <w:r w:rsidRPr="00073812">
        <w:t xml:space="preserve"> – π</w:t>
      </w:r>
      <w:proofErr w:type="spellStart"/>
      <w:r w:rsidRPr="00073812">
        <w:t>ροσφορά</w:t>
      </w:r>
      <w:proofErr w:type="spellEnd"/>
      <w:r w:rsidRPr="00073812">
        <w:t xml:space="preserve"> </w:t>
      </w:r>
      <w:proofErr w:type="spellStart"/>
      <w:r w:rsidRPr="00073812">
        <w:t>χρωμάτων</w:t>
      </w:r>
      <w:proofErr w:type="spellEnd"/>
      <w:r w:rsidRPr="00073812">
        <w:t xml:space="preserve"> </w:t>
      </w:r>
    </w:p>
    <w:p w14:paraId="27C3467E" w14:textId="77777777" w:rsidR="006F0AD6" w:rsidRPr="00073812" w:rsidRDefault="006F0AD6" w:rsidP="006F0AD6">
      <w:pPr>
        <w:numPr>
          <w:ilvl w:val="0"/>
          <w:numId w:val="17"/>
        </w:numPr>
        <w:spacing w:after="0" w:line="278" w:lineRule="auto"/>
        <w:jc w:val="both"/>
      </w:pPr>
      <w:r w:rsidRPr="00073812">
        <w:rPr>
          <w:b/>
          <w:bCs/>
        </w:rPr>
        <w:t>Cosmos Lac</w:t>
      </w:r>
      <w:r w:rsidRPr="00073812">
        <w:t xml:space="preserve"> – π</w:t>
      </w:r>
      <w:proofErr w:type="spellStart"/>
      <w:r w:rsidRPr="00073812">
        <w:t>ροσφορά</w:t>
      </w:r>
      <w:proofErr w:type="spellEnd"/>
      <w:r w:rsidRPr="00073812">
        <w:t xml:space="preserve"> sprays </w:t>
      </w:r>
    </w:p>
    <w:p w14:paraId="442BCEB9" w14:textId="77777777" w:rsidR="006F0AD6" w:rsidRPr="00073812" w:rsidRDefault="00000000" w:rsidP="006F0AD6">
      <w:pPr>
        <w:spacing w:after="0"/>
        <w:jc w:val="both"/>
      </w:pPr>
      <w:r>
        <w:pict w14:anchorId="1F1F2BE9">
          <v:rect id="_x0000_i1030" style="width:0;height:1.5pt" o:hralign="center" o:hrstd="t" o:hr="t" fillcolor="#a0a0a0" stroked="f"/>
        </w:pict>
      </w:r>
    </w:p>
    <w:p w14:paraId="5FA65D95" w14:textId="77777777" w:rsidR="006F0AD6" w:rsidRPr="00073812" w:rsidRDefault="006F0AD6" w:rsidP="006F0AD6">
      <w:pPr>
        <w:spacing w:after="0"/>
        <w:jc w:val="both"/>
        <w:rPr>
          <w:b/>
          <w:bCs/>
          <w:lang w:val="el-GR"/>
        </w:rPr>
      </w:pPr>
      <w:r w:rsidRPr="00073812">
        <w:rPr>
          <w:b/>
          <w:bCs/>
          <w:lang w:val="el-GR"/>
        </w:rPr>
        <w:t>Σχετικά με την Οργάνωση</w:t>
      </w:r>
    </w:p>
    <w:p w14:paraId="0C60F6D2" w14:textId="101E8439" w:rsidR="006F0AD6" w:rsidRPr="00B24F66" w:rsidRDefault="006F0AD6" w:rsidP="006F0AD6">
      <w:pPr>
        <w:spacing w:after="0"/>
        <w:jc w:val="both"/>
        <w:rPr>
          <w:lang w:val="el-GR"/>
        </w:rPr>
      </w:pPr>
      <w:r w:rsidRPr="00B24F66">
        <w:rPr>
          <w:lang w:val="el-GR"/>
        </w:rPr>
        <w:t>Η «Πάνος &amp; Χρυσηίδα – Βοήθεια στα Παιδιά» (</w:t>
      </w:r>
      <w:r w:rsidRPr="00B24F66">
        <w:rPr>
          <w:i/>
          <w:iCs/>
        </w:rPr>
        <w:t>Panos</w:t>
      </w:r>
      <w:r w:rsidRPr="00B24F66">
        <w:rPr>
          <w:i/>
          <w:iCs/>
          <w:lang w:val="el-GR"/>
        </w:rPr>
        <w:t>&amp;</w:t>
      </w:r>
      <w:r w:rsidRPr="00B24F66">
        <w:rPr>
          <w:i/>
          <w:iCs/>
        </w:rPr>
        <w:t>Cressida</w:t>
      </w:r>
      <w:r w:rsidRPr="00B24F66">
        <w:rPr>
          <w:i/>
          <w:iCs/>
          <w:lang w:val="el-GR"/>
        </w:rPr>
        <w:t>4</w:t>
      </w:r>
      <w:r w:rsidRPr="00B24F66">
        <w:rPr>
          <w:i/>
          <w:iCs/>
        </w:rPr>
        <w:t>Life</w:t>
      </w:r>
      <w:r w:rsidRPr="00B24F66">
        <w:rPr>
          <w:lang w:val="el-GR"/>
        </w:rPr>
        <w:t xml:space="preserve">) είναι μια αστική μη κερδοσκοπική οργάνωση που ιδρύθηκε το 2006 στη μνήμη του Πάνου </w:t>
      </w:r>
      <w:proofErr w:type="spellStart"/>
      <w:r w:rsidRPr="00B24F66">
        <w:rPr>
          <w:lang w:val="el-GR"/>
        </w:rPr>
        <w:t>Βαρδάκα</w:t>
      </w:r>
      <w:proofErr w:type="spellEnd"/>
      <w:r w:rsidRPr="00B24F66">
        <w:rPr>
          <w:lang w:val="el-GR"/>
        </w:rPr>
        <w:t xml:space="preserve"> και επεκτάθηκε το 2010 στη μνήμη της Χρυσηίδας Σπαχή.</w:t>
      </w:r>
    </w:p>
    <w:p w14:paraId="7EE99A05" w14:textId="77777777" w:rsidR="006F0AD6" w:rsidRPr="00B24F66" w:rsidRDefault="006F0AD6" w:rsidP="006F0AD6">
      <w:pPr>
        <w:spacing w:after="0"/>
        <w:jc w:val="both"/>
        <w:rPr>
          <w:lang w:val="el-GR"/>
        </w:rPr>
      </w:pPr>
      <w:r w:rsidRPr="00B24F66">
        <w:rPr>
          <w:lang w:val="el-GR"/>
        </w:rPr>
        <w:lastRenderedPageBreak/>
        <w:t>Αποστολή της είναι η ουσιαστική στήριξη παιδιών και νέων που αντιμετωπίζουν σοβαρές δυσκολίες στη ζωή τους, όπως προβλήματα υγείας, βία, εθισμό, εγκατάλειψη ή κοινωνικό αποκλεισμό, καθώς και παιδιών που ζουν σε απομακρυσμένες και μειονεκτικές περιοχές.</w:t>
      </w:r>
    </w:p>
    <w:p w14:paraId="62C6B9CF" w14:textId="77777777" w:rsidR="006F0AD6" w:rsidRPr="00B24F66" w:rsidRDefault="006F0AD6" w:rsidP="006F0AD6">
      <w:pPr>
        <w:spacing w:after="0"/>
        <w:jc w:val="both"/>
        <w:rPr>
          <w:lang w:val="el-GR"/>
        </w:rPr>
      </w:pPr>
      <w:r w:rsidRPr="00B24F66">
        <w:rPr>
          <w:lang w:val="el-GR"/>
        </w:rPr>
        <w:t>Η οργάνωση δεν περιορίζεται στην παροχή υλικής βοήθειας, αλλά επενδύει στη δημιουργία ευκαιριών ζωής μέσα από την εκπαίδευση, τον αθλητισμό και τη δημιουργικότητα. Υποστηρίζει δράσεις που ενισχύουν την κοινωνική ένταξη, την ανάπτυξη δεξιοτήτων και ταλέντων, καθώς και την ψυχική και σωματική ευεξία των παιδιών και των νέων.</w:t>
      </w:r>
    </w:p>
    <w:p w14:paraId="7CD32E1C" w14:textId="77777777" w:rsidR="006F0AD6" w:rsidRPr="00B24F66" w:rsidRDefault="006F0AD6" w:rsidP="006F0AD6">
      <w:pPr>
        <w:spacing w:after="0"/>
        <w:jc w:val="both"/>
        <w:rPr>
          <w:lang w:val="el-GR"/>
        </w:rPr>
      </w:pPr>
      <w:r w:rsidRPr="00B24F66">
        <w:rPr>
          <w:lang w:val="el-GR"/>
        </w:rPr>
        <w:t>Στο πλαίσιο αυτό, χρηματοδοτεί εκπαιδευτικές υποδομές, χώρους άθλησης και αναψυχής, καθώς και πρωτοβουλίες που φέρνουν τα παιδιά σε επαφή με την τέχνη, τον πολιτισμό και τη συνεργασία.</w:t>
      </w:r>
    </w:p>
    <w:p w14:paraId="4C9CE84C" w14:textId="77777777" w:rsidR="006F0AD6" w:rsidRPr="00073812" w:rsidRDefault="00000000" w:rsidP="006F0AD6">
      <w:pPr>
        <w:spacing w:after="0"/>
        <w:jc w:val="both"/>
      </w:pPr>
      <w:r>
        <w:pict w14:anchorId="09E44E48">
          <v:rect id="_x0000_i1031" style="width:0;height:1.5pt" o:hralign="center" o:hrstd="t" o:hr="t" fillcolor="#a0a0a0" stroked="f"/>
        </w:pict>
      </w:r>
    </w:p>
    <w:p w14:paraId="3A889CD4" w14:textId="77777777" w:rsidR="006F0AD6" w:rsidRPr="00073812" w:rsidRDefault="006F0AD6" w:rsidP="006F0AD6">
      <w:pPr>
        <w:spacing w:after="0"/>
        <w:jc w:val="both"/>
        <w:rPr>
          <w:b/>
          <w:bCs/>
          <w:lang w:val="el-GR"/>
        </w:rPr>
      </w:pPr>
      <w:r w:rsidRPr="00073812">
        <w:rPr>
          <w:b/>
          <w:bCs/>
          <w:lang w:val="el-GR"/>
        </w:rPr>
        <w:t>Φωτογραφικό Υλικό</w:t>
      </w:r>
    </w:p>
    <w:p w14:paraId="1412EDF0" w14:textId="6E8B6965" w:rsidR="005854DD" w:rsidRPr="005854DD" w:rsidRDefault="006F0AD6" w:rsidP="005854DD">
      <w:pPr>
        <w:spacing w:after="0"/>
        <w:jc w:val="both"/>
        <w:rPr>
          <w:lang w:val="el-GR"/>
        </w:rPr>
      </w:pPr>
      <w:r w:rsidRPr="00073812">
        <w:rPr>
          <w:lang w:val="el-GR"/>
        </w:rPr>
        <w:t>Στο δελτίο τύπου επισυνάπτεται φωτογραφικό υλικό:</w:t>
      </w:r>
    </w:p>
    <w:p w14:paraId="27F3FBF2" w14:textId="77777777" w:rsidR="005854DD" w:rsidRPr="005854DD" w:rsidRDefault="005854DD" w:rsidP="005854DD">
      <w:pPr>
        <w:spacing w:after="0" w:line="240" w:lineRule="auto"/>
        <w:rPr>
          <w:rFonts w:ascii="Times New Roman" w:eastAsia="Times New Roman" w:hAnsi="Times New Roman" w:cs="Times New Roman"/>
          <w:sz w:val="24"/>
          <w:szCs w:val="24"/>
          <w:lang w:val="el-GR"/>
        </w:rPr>
      </w:pPr>
      <w:proofErr w:type="gramStart"/>
      <w:r w:rsidRPr="005854DD">
        <w:rPr>
          <w:rFonts w:ascii="Times New Roman" w:eastAsia="Times New Roman" w:hAnsi="Symbol" w:cs="Times New Roman"/>
          <w:sz w:val="24"/>
          <w:szCs w:val="24"/>
        </w:rPr>
        <w:t></w:t>
      </w:r>
      <w:r w:rsidRPr="005854DD">
        <w:rPr>
          <w:rFonts w:ascii="Times New Roman" w:eastAsia="Times New Roman" w:hAnsi="Times New Roman" w:cs="Times New Roman"/>
          <w:sz w:val="24"/>
          <w:szCs w:val="24"/>
          <w:lang w:val="el-GR"/>
        </w:rPr>
        <w:t xml:space="preserve">  Φωτογραφία</w:t>
      </w:r>
      <w:proofErr w:type="gramEnd"/>
      <w:r w:rsidRPr="005854DD">
        <w:rPr>
          <w:rFonts w:ascii="Times New Roman" w:eastAsia="Times New Roman" w:hAnsi="Times New Roman" w:cs="Times New Roman"/>
          <w:sz w:val="24"/>
          <w:szCs w:val="24"/>
          <w:lang w:val="el-GR"/>
        </w:rPr>
        <w:t xml:space="preserve"> 1: Ο </w:t>
      </w:r>
      <w:proofErr w:type="spellStart"/>
      <w:r w:rsidRPr="005854DD">
        <w:rPr>
          <w:rFonts w:ascii="Times New Roman" w:eastAsia="Times New Roman" w:hAnsi="Times New Roman" w:cs="Times New Roman"/>
          <w:sz w:val="24"/>
          <w:szCs w:val="24"/>
          <w:lang w:val="el-GR"/>
        </w:rPr>
        <w:t>προαύλιος</w:t>
      </w:r>
      <w:proofErr w:type="spellEnd"/>
      <w:r w:rsidRPr="005854DD">
        <w:rPr>
          <w:rFonts w:ascii="Times New Roman" w:eastAsia="Times New Roman" w:hAnsi="Times New Roman" w:cs="Times New Roman"/>
          <w:sz w:val="24"/>
          <w:szCs w:val="24"/>
          <w:lang w:val="el-GR"/>
        </w:rPr>
        <w:t xml:space="preserve"> χώρος πριν την ανακατασκευή. </w:t>
      </w:r>
    </w:p>
    <w:p w14:paraId="56153107" w14:textId="77777777" w:rsidR="005854DD" w:rsidRPr="005854DD" w:rsidRDefault="005854DD" w:rsidP="005854DD">
      <w:pPr>
        <w:spacing w:after="0" w:line="240" w:lineRule="auto"/>
        <w:rPr>
          <w:rFonts w:ascii="Times New Roman" w:eastAsia="Times New Roman" w:hAnsi="Times New Roman" w:cs="Times New Roman"/>
          <w:sz w:val="24"/>
          <w:szCs w:val="24"/>
          <w:lang w:val="el-GR"/>
        </w:rPr>
      </w:pPr>
      <w:proofErr w:type="gramStart"/>
      <w:r w:rsidRPr="005854DD">
        <w:rPr>
          <w:rFonts w:ascii="Times New Roman" w:eastAsia="Times New Roman" w:hAnsi="Symbol" w:cs="Times New Roman"/>
          <w:sz w:val="24"/>
          <w:szCs w:val="24"/>
        </w:rPr>
        <w:t></w:t>
      </w:r>
      <w:r w:rsidRPr="005854DD">
        <w:rPr>
          <w:rFonts w:ascii="Times New Roman" w:eastAsia="Times New Roman" w:hAnsi="Times New Roman" w:cs="Times New Roman"/>
          <w:sz w:val="24"/>
          <w:szCs w:val="24"/>
          <w:lang w:val="el-GR"/>
        </w:rPr>
        <w:t xml:space="preserve">  Φωτογραφία</w:t>
      </w:r>
      <w:proofErr w:type="gramEnd"/>
      <w:r w:rsidRPr="005854DD">
        <w:rPr>
          <w:rFonts w:ascii="Times New Roman" w:eastAsia="Times New Roman" w:hAnsi="Times New Roman" w:cs="Times New Roman"/>
          <w:sz w:val="24"/>
          <w:szCs w:val="24"/>
          <w:lang w:val="el-GR"/>
        </w:rPr>
        <w:t xml:space="preserve"> 2: Η διαδικασία δημιουργίας του </w:t>
      </w:r>
      <w:r w:rsidRPr="005854DD">
        <w:rPr>
          <w:rFonts w:ascii="Times New Roman" w:eastAsia="Times New Roman" w:hAnsi="Times New Roman" w:cs="Times New Roman"/>
          <w:sz w:val="24"/>
          <w:szCs w:val="24"/>
        </w:rPr>
        <w:t>graffiti</w:t>
      </w:r>
      <w:r w:rsidRPr="005854DD">
        <w:rPr>
          <w:rFonts w:ascii="Times New Roman" w:eastAsia="Times New Roman" w:hAnsi="Times New Roman" w:cs="Times New Roman"/>
          <w:sz w:val="24"/>
          <w:szCs w:val="24"/>
          <w:lang w:val="el-GR"/>
        </w:rPr>
        <w:t xml:space="preserve"> με τη συμμετοχή των παιδιών. </w:t>
      </w:r>
    </w:p>
    <w:p w14:paraId="0606C9A4" w14:textId="77777777" w:rsidR="005854DD" w:rsidRPr="005854DD" w:rsidRDefault="005854DD" w:rsidP="005854DD">
      <w:pPr>
        <w:spacing w:after="0" w:line="240" w:lineRule="auto"/>
        <w:rPr>
          <w:rFonts w:ascii="Times New Roman" w:eastAsia="Times New Roman" w:hAnsi="Times New Roman" w:cs="Times New Roman"/>
          <w:sz w:val="24"/>
          <w:szCs w:val="24"/>
          <w:lang w:val="el-GR"/>
        </w:rPr>
      </w:pPr>
      <w:proofErr w:type="gramStart"/>
      <w:r w:rsidRPr="005854DD">
        <w:rPr>
          <w:rFonts w:ascii="Times New Roman" w:eastAsia="Times New Roman" w:hAnsi="Symbol" w:cs="Times New Roman"/>
          <w:sz w:val="24"/>
          <w:szCs w:val="24"/>
        </w:rPr>
        <w:t></w:t>
      </w:r>
      <w:r w:rsidRPr="005854DD">
        <w:rPr>
          <w:rFonts w:ascii="Times New Roman" w:eastAsia="Times New Roman" w:hAnsi="Times New Roman" w:cs="Times New Roman"/>
          <w:sz w:val="24"/>
          <w:szCs w:val="24"/>
          <w:lang w:val="el-GR"/>
        </w:rPr>
        <w:t xml:space="preserve">  Φωτογραφία</w:t>
      </w:r>
      <w:proofErr w:type="gramEnd"/>
      <w:r w:rsidRPr="005854DD">
        <w:rPr>
          <w:rFonts w:ascii="Times New Roman" w:eastAsia="Times New Roman" w:hAnsi="Times New Roman" w:cs="Times New Roman"/>
          <w:sz w:val="24"/>
          <w:szCs w:val="24"/>
          <w:lang w:val="el-GR"/>
        </w:rPr>
        <w:t xml:space="preserve"> 3: Το ολοκληρωμένο γήπεδο μετά την ανακατασκευή. </w:t>
      </w:r>
    </w:p>
    <w:p w14:paraId="44CB1815" w14:textId="4D7241DD" w:rsidR="005854DD" w:rsidRPr="005854DD" w:rsidRDefault="005854DD" w:rsidP="005854DD">
      <w:pPr>
        <w:spacing w:after="0" w:line="278" w:lineRule="auto"/>
        <w:jc w:val="both"/>
        <w:rPr>
          <w:lang w:val="el-GR"/>
        </w:rPr>
      </w:pPr>
      <w:proofErr w:type="gramStart"/>
      <w:r w:rsidRPr="005854DD">
        <w:rPr>
          <w:rFonts w:ascii="Times New Roman" w:eastAsia="Times New Roman" w:hAnsi="Symbol" w:cs="Times New Roman"/>
          <w:sz w:val="24"/>
          <w:szCs w:val="24"/>
        </w:rPr>
        <w:t></w:t>
      </w:r>
      <w:r w:rsidRPr="005854DD">
        <w:rPr>
          <w:rFonts w:ascii="Times New Roman" w:eastAsia="Times New Roman" w:hAnsi="Times New Roman" w:cs="Times New Roman"/>
          <w:sz w:val="24"/>
          <w:szCs w:val="24"/>
          <w:lang w:val="el-GR"/>
        </w:rPr>
        <w:t xml:space="preserve">  Φωτογραφία</w:t>
      </w:r>
      <w:proofErr w:type="gramEnd"/>
      <w:r w:rsidRPr="005854DD">
        <w:rPr>
          <w:rFonts w:ascii="Times New Roman" w:eastAsia="Times New Roman" w:hAnsi="Times New Roman" w:cs="Times New Roman"/>
          <w:sz w:val="24"/>
          <w:szCs w:val="24"/>
          <w:lang w:val="el-GR"/>
        </w:rPr>
        <w:t xml:space="preserve"> 4: Στιγμιότυπο από τα εγκαίνια της 12ης Μαΐου.</w:t>
      </w:r>
    </w:p>
    <w:p w14:paraId="738B7F47" w14:textId="77777777" w:rsidR="006F0AD6" w:rsidRDefault="00000000" w:rsidP="006F0AD6">
      <w:pPr>
        <w:spacing w:after="0"/>
        <w:rPr>
          <w:lang w:val="el-GR"/>
        </w:rPr>
      </w:pPr>
      <w:r>
        <w:pict w14:anchorId="169BE252">
          <v:rect id="_x0000_i1032" style="width:0;height:1.5pt" o:hralign="center" o:hrstd="t" o:hr="t" fillcolor="#a0a0a0" stroked="f"/>
        </w:pict>
      </w:r>
    </w:p>
    <w:p w14:paraId="499EB0AB" w14:textId="77777777" w:rsidR="006F0AD6" w:rsidRPr="00073812" w:rsidRDefault="006F0AD6" w:rsidP="006F0AD6">
      <w:pPr>
        <w:spacing w:after="0"/>
        <w:rPr>
          <w:b/>
          <w:bCs/>
          <w:lang w:val="el-GR"/>
        </w:rPr>
      </w:pPr>
      <w:r w:rsidRPr="00073812">
        <w:rPr>
          <w:b/>
          <w:bCs/>
          <w:lang w:val="el-GR"/>
        </w:rPr>
        <w:t>Στοιχεία Επικοινωνίας</w:t>
      </w:r>
    </w:p>
    <w:p w14:paraId="67EC5CEC" w14:textId="77777777" w:rsidR="006F0AD6" w:rsidRPr="00073812" w:rsidRDefault="006F0AD6" w:rsidP="006F0AD6">
      <w:pPr>
        <w:spacing w:after="0"/>
        <w:rPr>
          <w:lang w:val="el-GR"/>
        </w:rPr>
      </w:pPr>
      <w:r w:rsidRPr="00073812">
        <w:rPr>
          <w:lang w:val="el-GR"/>
        </w:rPr>
        <w:t>Για περισσότερες πληροφορίες, συνεντεύξεις ή υλικό από τη δράση:</w:t>
      </w:r>
    </w:p>
    <w:p w14:paraId="71B5AA8A" w14:textId="7A385FEF" w:rsidR="006F0AD6" w:rsidRPr="00073812" w:rsidRDefault="006F0AD6" w:rsidP="006F0AD6">
      <w:pPr>
        <w:spacing w:after="0"/>
        <w:rPr>
          <w:lang w:val="el-GR"/>
        </w:rPr>
      </w:pPr>
      <w:r w:rsidRPr="00073812">
        <w:rPr>
          <w:b/>
          <w:bCs/>
          <w:lang w:val="el-GR"/>
        </w:rPr>
        <w:t>Πάνος &amp; Χρυσηίδα – Βοήθεια στα Παιδιά</w:t>
      </w:r>
      <w:r w:rsidRPr="00073812">
        <w:rPr>
          <w:lang w:val="el-GR"/>
        </w:rPr>
        <w:br/>
      </w:r>
      <w:r w:rsidRPr="00073812">
        <w:rPr>
          <w:rFonts w:ascii="Segoe UI Emoji" w:hAnsi="Segoe UI Emoji" w:cs="Segoe UI Emoji"/>
        </w:rPr>
        <w:t>📧</w:t>
      </w:r>
      <w:r w:rsidRPr="00073812">
        <w:rPr>
          <w:lang w:val="el-GR"/>
        </w:rPr>
        <w:t xml:space="preserve"> </w:t>
      </w:r>
      <w:r w:rsidRPr="00073812">
        <w:t>Email</w:t>
      </w:r>
      <w:r w:rsidRPr="00073812">
        <w:rPr>
          <w:lang w:val="el-GR"/>
        </w:rPr>
        <w:t xml:space="preserve">: </w:t>
      </w:r>
      <w:r>
        <w:t>contact</w:t>
      </w:r>
      <w:r w:rsidRPr="00913867">
        <w:rPr>
          <w:lang w:val="el-GR"/>
        </w:rPr>
        <w:t>@</w:t>
      </w:r>
      <w:r w:rsidR="000B2FA5">
        <w:t>panos</w:t>
      </w:r>
      <w:r w:rsidR="000B2FA5" w:rsidRPr="000B2FA5">
        <w:rPr>
          <w:lang w:val="el-GR"/>
        </w:rPr>
        <w:t>4</w:t>
      </w:r>
      <w:r w:rsidR="000B2FA5">
        <w:t>life</w:t>
      </w:r>
      <w:r w:rsidR="000B2FA5" w:rsidRPr="000B2FA5">
        <w:rPr>
          <w:lang w:val="el-GR"/>
        </w:rPr>
        <w:t>.</w:t>
      </w:r>
      <w:r w:rsidR="000B2FA5">
        <w:t>org</w:t>
      </w:r>
      <w:r w:rsidRPr="00073812">
        <w:rPr>
          <w:lang w:val="el-GR"/>
        </w:rPr>
        <w:br/>
      </w:r>
      <w:r w:rsidRPr="00073812">
        <w:rPr>
          <w:rFonts w:ascii="Segoe UI Emoji" w:hAnsi="Segoe UI Emoji" w:cs="Segoe UI Emoji"/>
        </w:rPr>
        <w:t>🌐</w:t>
      </w:r>
      <w:r w:rsidRPr="00073812">
        <w:rPr>
          <w:lang w:val="el-GR"/>
        </w:rPr>
        <w:t xml:space="preserve"> </w:t>
      </w:r>
      <w:r w:rsidRPr="00073812">
        <w:t>Website</w:t>
      </w:r>
      <w:r w:rsidRPr="00073812">
        <w:rPr>
          <w:lang w:val="el-GR"/>
        </w:rPr>
        <w:t xml:space="preserve">: </w:t>
      </w:r>
      <w:r w:rsidRPr="00913867">
        <w:t>www</w:t>
      </w:r>
      <w:r w:rsidRPr="00913867">
        <w:rPr>
          <w:lang w:val="el-GR"/>
        </w:rPr>
        <w:t>.</w:t>
      </w:r>
      <w:proofErr w:type="spellStart"/>
      <w:r w:rsidR="001C4893">
        <w:t>P</w:t>
      </w:r>
      <w:r w:rsidRPr="00913867">
        <w:t>anos</w:t>
      </w:r>
      <w:r w:rsidR="001C4893">
        <w:t>A</w:t>
      </w:r>
      <w:r w:rsidRPr="00913867">
        <w:t>nd</w:t>
      </w:r>
      <w:r w:rsidR="001C4893">
        <w:t>C</w:t>
      </w:r>
      <w:r w:rsidRPr="00913867">
        <w:t>ressida</w:t>
      </w:r>
      <w:proofErr w:type="spellEnd"/>
      <w:r w:rsidRPr="00913867">
        <w:rPr>
          <w:lang w:val="el-GR"/>
        </w:rPr>
        <w:t>4</w:t>
      </w:r>
      <w:r w:rsidR="001C4893">
        <w:t>L</w:t>
      </w:r>
      <w:r w:rsidRPr="00913867">
        <w:t>ife</w:t>
      </w:r>
      <w:r w:rsidRPr="00913867">
        <w:rPr>
          <w:lang w:val="el-GR"/>
        </w:rPr>
        <w:t>.</w:t>
      </w:r>
      <w:r w:rsidRPr="00913867">
        <w:t>org</w:t>
      </w:r>
      <w:r w:rsidRPr="00073812">
        <w:rPr>
          <w:lang w:val="el-GR"/>
        </w:rPr>
        <w:br/>
      </w:r>
    </w:p>
    <w:p w14:paraId="615C640C" w14:textId="77777777" w:rsidR="006F0AD6" w:rsidRPr="00073812" w:rsidRDefault="006F0AD6" w:rsidP="006F0AD6">
      <w:pPr>
        <w:spacing w:after="0"/>
        <w:rPr>
          <w:lang w:val="el-GR"/>
        </w:rPr>
      </w:pPr>
      <w:r w:rsidRPr="00073812">
        <w:rPr>
          <w:lang w:val="el-GR"/>
        </w:rPr>
        <w:t>Υπεύθυνος Επικοινωνίας:</w:t>
      </w:r>
      <w:r w:rsidRPr="00073812">
        <w:rPr>
          <w:lang w:val="el-GR"/>
        </w:rPr>
        <w:br/>
        <w:t xml:space="preserve">Ονοματεπώνυμο:  </w:t>
      </w:r>
      <w:proofErr w:type="spellStart"/>
      <w:r>
        <w:rPr>
          <w:lang w:val="el-GR"/>
        </w:rPr>
        <w:t>Διόνη</w:t>
      </w:r>
      <w:proofErr w:type="spellEnd"/>
      <w:r>
        <w:rPr>
          <w:lang w:val="el-GR"/>
        </w:rPr>
        <w:t xml:space="preserve"> </w:t>
      </w:r>
      <w:proofErr w:type="spellStart"/>
      <w:r>
        <w:rPr>
          <w:lang w:val="el-GR"/>
        </w:rPr>
        <w:t>Βαρδάκα</w:t>
      </w:r>
      <w:proofErr w:type="spellEnd"/>
      <w:r w:rsidRPr="00073812">
        <w:rPr>
          <w:lang w:val="el-GR"/>
        </w:rPr>
        <w:br/>
        <w:t xml:space="preserve">Κινητό: </w:t>
      </w:r>
      <w:r>
        <w:rPr>
          <w:lang w:val="el-GR"/>
        </w:rPr>
        <w:t>694 600 2551</w:t>
      </w:r>
    </w:p>
    <w:p w14:paraId="3076FA33" w14:textId="77777777" w:rsidR="006F0AD6" w:rsidRPr="00073812" w:rsidRDefault="006F0AD6" w:rsidP="006F0AD6">
      <w:pPr>
        <w:spacing w:after="0"/>
        <w:rPr>
          <w:lang w:val="el-GR"/>
        </w:rPr>
      </w:pPr>
    </w:p>
    <w:p w14:paraId="5F694833" w14:textId="77777777" w:rsidR="006F0AD6" w:rsidRPr="00073812" w:rsidRDefault="006F0AD6" w:rsidP="006F0AD6">
      <w:pPr>
        <w:spacing w:after="0"/>
        <w:rPr>
          <w:lang w:val="el-GR"/>
        </w:rPr>
      </w:pPr>
    </w:p>
    <w:p w14:paraId="41DE3460" w14:textId="1B142101" w:rsidR="00EB34E0" w:rsidRPr="006F0AD6" w:rsidRDefault="00EB34E0" w:rsidP="006F0AD6">
      <w:pPr>
        <w:spacing w:after="0"/>
        <w:rPr>
          <w:lang w:val="el-GR"/>
        </w:rPr>
      </w:pPr>
    </w:p>
    <w:sectPr w:rsidR="00EB34E0" w:rsidRPr="006F0AD6" w:rsidSect="001C4893">
      <w:headerReference w:type="default" r:id="rId8"/>
      <w:footerReference w:type="default" r:id="rId9"/>
      <w:pgSz w:w="11906" w:h="16838" w:code="9"/>
      <w:pgMar w:top="1440" w:right="1558"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B0292" w14:textId="77777777" w:rsidR="001E481F" w:rsidRDefault="001E481F">
      <w:pPr>
        <w:spacing w:after="0" w:line="240" w:lineRule="auto"/>
      </w:pPr>
      <w:r>
        <w:separator/>
      </w:r>
    </w:p>
  </w:endnote>
  <w:endnote w:type="continuationSeparator" w:id="0">
    <w:p w14:paraId="6CC01604" w14:textId="77777777" w:rsidR="001E481F" w:rsidRDefault="001E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F2BB" w14:textId="6F863623" w:rsidR="00536041" w:rsidRDefault="00536041">
    <w:pPr>
      <w:pStyle w:val="Footer"/>
    </w:pPr>
    <w:r>
      <w:rPr>
        <w:noProof/>
        <w:color w:val="4F81BD" w:themeColor="accent1"/>
      </w:rPr>
      <mc:AlternateContent>
        <mc:Choice Requires="wps">
          <w:drawing>
            <wp:anchor distT="0" distB="0" distL="114300" distR="114300" simplePos="0" relativeHeight="251659264" behindDoc="0" locked="0" layoutInCell="1" allowOverlap="1" wp14:anchorId="65946AC4" wp14:editId="09D0C7A2">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5EDFB5"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68BCE" w14:textId="77777777" w:rsidR="001E481F" w:rsidRDefault="001E481F">
      <w:pPr>
        <w:spacing w:after="0" w:line="240" w:lineRule="auto"/>
      </w:pPr>
      <w:r>
        <w:separator/>
      </w:r>
    </w:p>
  </w:footnote>
  <w:footnote w:type="continuationSeparator" w:id="0">
    <w:p w14:paraId="433CDCB2" w14:textId="77777777" w:rsidR="001E481F" w:rsidRDefault="001E4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E355" w14:textId="4EFEBF00" w:rsidR="004B48FD" w:rsidRPr="00C15D9C" w:rsidRDefault="005A7307" w:rsidP="00F44277">
    <w:pPr>
      <w:pStyle w:val="Header"/>
      <w:ind w:right="-52"/>
      <w:jc w:val="center"/>
      <w:rPr>
        <w:lang w:val="el-GR"/>
      </w:rPr>
    </w:pPr>
    <w:r w:rsidRPr="0096433F">
      <w:rPr>
        <w:noProof/>
      </w:rPr>
      <w:drawing>
        <wp:inline distT="0" distB="0" distL="0" distR="0" wp14:anchorId="521B529D" wp14:editId="12114FB1">
          <wp:extent cx="5734050" cy="1362075"/>
          <wp:effectExtent l="0" t="0" r="0" b="9525"/>
          <wp:docPr id="5177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814" cy="13743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22FAF"/>
    <w:multiLevelType w:val="multilevel"/>
    <w:tmpl w:val="0436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E4453"/>
    <w:multiLevelType w:val="hybridMultilevel"/>
    <w:tmpl w:val="3F96C74C"/>
    <w:lvl w:ilvl="0" w:tplc="F8DCD1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200D0"/>
    <w:multiLevelType w:val="hybridMultilevel"/>
    <w:tmpl w:val="959E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D0434"/>
    <w:multiLevelType w:val="hybridMultilevel"/>
    <w:tmpl w:val="000E7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8712B"/>
    <w:multiLevelType w:val="hybridMultilevel"/>
    <w:tmpl w:val="814A9BAC"/>
    <w:lvl w:ilvl="0" w:tplc="F8DCD1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F5811"/>
    <w:multiLevelType w:val="hybridMultilevel"/>
    <w:tmpl w:val="B3E8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CA2520"/>
    <w:multiLevelType w:val="hybridMultilevel"/>
    <w:tmpl w:val="103632B4"/>
    <w:lvl w:ilvl="0" w:tplc="F8DCD1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460F4"/>
    <w:multiLevelType w:val="multilevel"/>
    <w:tmpl w:val="5822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E0838"/>
    <w:multiLevelType w:val="hybridMultilevel"/>
    <w:tmpl w:val="2CDC3D30"/>
    <w:lvl w:ilvl="0" w:tplc="F8DCD1EE">
      <w:numFmt w:val="bullet"/>
      <w:lvlText w:val="•"/>
      <w:lvlJc w:val="left"/>
      <w:pPr>
        <w:ind w:left="720" w:hanging="360"/>
      </w:pPr>
      <w:rPr>
        <w:rFonts w:ascii="Cambria" w:eastAsiaTheme="minorEastAsia" w:hAnsi="Cambria"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0086571">
    <w:abstractNumId w:val="8"/>
  </w:num>
  <w:num w:numId="2" w16cid:durableId="238835554">
    <w:abstractNumId w:val="6"/>
  </w:num>
  <w:num w:numId="3" w16cid:durableId="823670185">
    <w:abstractNumId w:val="5"/>
  </w:num>
  <w:num w:numId="4" w16cid:durableId="537083058">
    <w:abstractNumId w:val="4"/>
  </w:num>
  <w:num w:numId="5" w16cid:durableId="1333724937">
    <w:abstractNumId w:val="7"/>
  </w:num>
  <w:num w:numId="6" w16cid:durableId="11342551">
    <w:abstractNumId w:val="3"/>
  </w:num>
  <w:num w:numId="7" w16cid:durableId="1267232999">
    <w:abstractNumId w:val="2"/>
  </w:num>
  <w:num w:numId="8" w16cid:durableId="1699045240">
    <w:abstractNumId w:val="1"/>
  </w:num>
  <w:num w:numId="9" w16cid:durableId="1914198311">
    <w:abstractNumId w:val="0"/>
  </w:num>
  <w:num w:numId="10" w16cid:durableId="410003506">
    <w:abstractNumId w:val="12"/>
  </w:num>
  <w:num w:numId="11" w16cid:durableId="486937507">
    <w:abstractNumId w:val="10"/>
  </w:num>
  <w:num w:numId="12" w16cid:durableId="1908415800">
    <w:abstractNumId w:val="17"/>
  </w:num>
  <w:num w:numId="13" w16cid:durableId="1270819460">
    <w:abstractNumId w:val="13"/>
  </w:num>
  <w:num w:numId="14" w16cid:durableId="985234122">
    <w:abstractNumId w:val="15"/>
  </w:num>
  <w:num w:numId="15" w16cid:durableId="1398358054">
    <w:abstractNumId w:val="11"/>
  </w:num>
  <w:num w:numId="16" w16cid:durableId="429082724">
    <w:abstractNumId w:val="14"/>
  </w:num>
  <w:num w:numId="17" w16cid:durableId="866142245">
    <w:abstractNumId w:val="16"/>
  </w:num>
  <w:num w:numId="18" w16cid:durableId="7610994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5399"/>
    <w:rsid w:val="000A0422"/>
    <w:rsid w:val="000B2FA5"/>
    <w:rsid w:val="000D3FEC"/>
    <w:rsid w:val="000E1BBB"/>
    <w:rsid w:val="00144F6B"/>
    <w:rsid w:val="00146C8D"/>
    <w:rsid w:val="00146DF3"/>
    <w:rsid w:val="0015074B"/>
    <w:rsid w:val="001562A0"/>
    <w:rsid w:val="001B38C0"/>
    <w:rsid w:val="001C4893"/>
    <w:rsid w:val="001E481F"/>
    <w:rsid w:val="00234B7D"/>
    <w:rsid w:val="0029639D"/>
    <w:rsid w:val="002E19E6"/>
    <w:rsid w:val="00316751"/>
    <w:rsid w:val="00326F90"/>
    <w:rsid w:val="00363A36"/>
    <w:rsid w:val="00381631"/>
    <w:rsid w:val="00393A34"/>
    <w:rsid w:val="003F592F"/>
    <w:rsid w:val="004270D8"/>
    <w:rsid w:val="00434751"/>
    <w:rsid w:val="00473DA5"/>
    <w:rsid w:val="004B48FD"/>
    <w:rsid w:val="004B7099"/>
    <w:rsid w:val="004E599B"/>
    <w:rsid w:val="004F559D"/>
    <w:rsid w:val="00536041"/>
    <w:rsid w:val="005854DD"/>
    <w:rsid w:val="00586F5F"/>
    <w:rsid w:val="005A7307"/>
    <w:rsid w:val="005F4C46"/>
    <w:rsid w:val="00641360"/>
    <w:rsid w:val="006F0AD6"/>
    <w:rsid w:val="00764AC9"/>
    <w:rsid w:val="007952EA"/>
    <w:rsid w:val="007A0F33"/>
    <w:rsid w:val="007C643C"/>
    <w:rsid w:val="00891A5C"/>
    <w:rsid w:val="00914870"/>
    <w:rsid w:val="009A64C6"/>
    <w:rsid w:val="009D4CC5"/>
    <w:rsid w:val="009F135B"/>
    <w:rsid w:val="00A257BE"/>
    <w:rsid w:val="00AA1D8D"/>
    <w:rsid w:val="00AD46FE"/>
    <w:rsid w:val="00AF01D4"/>
    <w:rsid w:val="00B47730"/>
    <w:rsid w:val="00BB3300"/>
    <w:rsid w:val="00C15D9C"/>
    <w:rsid w:val="00C36EE8"/>
    <w:rsid w:val="00C42C70"/>
    <w:rsid w:val="00CB0664"/>
    <w:rsid w:val="00CC2E71"/>
    <w:rsid w:val="00CD00F2"/>
    <w:rsid w:val="00CE5990"/>
    <w:rsid w:val="00D51AF7"/>
    <w:rsid w:val="00D55D88"/>
    <w:rsid w:val="00DE1332"/>
    <w:rsid w:val="00E10E7E"/>
    <w:rsid w:val="00E259E7"/>
    <w:rsid w:val="00EB34E0"/>
    <w:rsid w:val="00EB4F18"/>
    <w:rsid w:val="00F34C17"/>
    <w:rsid w:val="00F44277"/>
    <w:rsid w:val="00F46187"/>
    <w:rsid w:val="00FA7FAE"/>
    <w:rsid w:val="00FB2D08"/>
    <w:rsid w:val="00FB602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00"/>
  <w15:docId w15:val="{041EA117-CBE1-400A-9CC4-21789CCB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uiPriority w:val="99"/>
    <w:unhideWhenUsed/>
    <w:rsid w:val="002E19E6"/>
    <w:rPr>
      <w:color w:val="0000FF"/>
      <w:u w:val="single"/>
    </w:rPr>
  </w:style>
  <w:style w:type="character" w:styleId="UnresolvedMention">
    <w:name w:val="Unresolved Mention"/>
    <w:basedOn w:val="DefaultParagraphFont"/>
    <w:uiPriority w:val="99"/>
    <w:semiHidden/>
    <w:unhideWhenUsed/>
    <w:rsid w:val="00F44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Nikos Skarentzos</cp:lastModifiedBy>
  <cp:revision>2</cp:revision>
  <cp:lastPrinted>2026-05-30T17:13:00Z</cp:lastPrinted>
  <dcterms:created xsi:type="dcterms:W3CDTF">2026-06-03T16:28:00Z</dcterms:created>
  <dcterms:modified xsi:type="dcterms:W3CDTF">2026-06-03T16:28:00Z</dcterms:modified>
  <cp:category/>
</cp:coreProperties>
</file>